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Backfolkvägen 43, 68500 Kronoby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11:00-17:00 Museirundan i Kronoby</w:t>
      </w:r>
    </w:p>
    <w:p>
      <w:r>
        <w:t>En heldag i lokalhistoriens tecken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