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Backfolkvägen 43, 68500 Kronoby</w:t>
      </w:r>
    </w:p>
    <w:p>
      <w:r>
        <w:t>24.6.2026 keskiviikko</w:t>
      </w:r>
    </w:p>
    <w:p>
      <w:pPr>
        <w:pStyle w:val="Heading1"/>
      </w:pPr>
      <w:r>
        <w:t>24.6.2026-1.8.2026</w:t>
      </w:r>
    </w:p>
    <w:p>
      <w:pPr>
        <w:pStyle w:val="Heading2"/>
      </w:pPr>
      <w:r>
        <w:t>12:00-15:00 Öppet på Tolvmansgården i Kronoby</w:t>
      </w:r>
    </w:p>
    <w:p>
      <w:r>
        <w:t>Mindre utställningar och olika historiska teman varje vecka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