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hovioikeus, Hovioikeudenpuistikko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14:00-18:00 TÄYNNÄ Vaasan hovioikeus - Avoimet ovet 21.5.2026</w:t>
      </w:r>
    </w:p>
    <w:p>
      <w:r>
        <w:t>TÄYNNÄ Vaasan hovioikeus - Avoimet ovet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