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Wärtsilän veturitalli, Pitkäkatu 14, 65100 Vaasa</w:t>
      </w:r>
    </w:p>
    <w:p>
      <w:r>
        <w:t>22.5.2026 perjantai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18:00-18:45 Kun viiva muuttuu – Liikkuva teos</w:t>
      </w:r>
    </w:p>
    <w:p>
      <w:r>
        <w:t>TaiKon ja Kuula-opisto esittävät: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