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Teater, Veikkaalantie 645, Veikkaala, Mustasaari</w:t>
      </w:r>
    </w:p>
    <w:p>
      <w:r>
        <w:t>3.7.2026 perjantai</w:t>
      </w:r>
    </w:p>
    <w:p>
      <w:pPr>
        <w:pStyle w:val="Heading1"/>
      </w:pPr>
      <w:r>
        <w:t>3.7.2026-24.7.2026</w:t>
      </w:r>
    </w:p>
    <w:p>
      <w:pPr>
        <w:pStyle w:val="Heading2"/>
      </w:pPr>
      <w:r>
        <w:t>18:00-20:30 Adalminan Helmi</w:t>
      </w:r>
    </w:p>
    <w:p>
      <w:r>
        <w:t>Kapinallinen prinsessa, salaperäinen lähde, sydämen voima ja kadonnut, maaginen helmi. Tänä vuonna Korsholms Teaterissa.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