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Scala, Karleborgsgatan 1, Nykarleby.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16:00-20:00 SKARAN – walk on water</w:t>
      </w:r>
    </w:p>
    <w:p>
      <w:r>
        <w:t>Audiovisuell performance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