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Superpesis: Mailattaret, Vaasa - Jyväskylän Kirittäret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