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Onkilahden yhtenäiskoulu, Vaasa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12:00-12:00 Erasmus+-projekti: Yhdessä ympäristön hyväksi</w:t>
      </w:r>
    </w:p>
    <w:p>
      <w:r>
        <w:t>Ekologisen pesuaineen valmistus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