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Fiika Café, Isokatu 13, 68600, Pietarsaari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08:00-09:00 Kaupunginjohtajakahvit</w:t>
      </w:r>
    </w:p>
    <w:p>
      <w:r>
        <w:t>Tervetuloa keskustelemaan Pietarsaaren uuden kaupunginjohtajan kanssa perjantaina 24.4.2026 klo 8–9 kahvila Fiikaan.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