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K.H.Renlundin museo, Roosin talo</w:t>
      </w:r>
    </w:p>
    <w:p>
      <w:r>
        <w:t>24.4.2026 perjantai</w:t>
      </w:r>
    </w:p>
    <w:p>
      <w:pPr>
        <w:pStyle w:val="Heading1"/>
      </w:pPr>
      <w:r>
        <w:t>24.4.2026-4.10.2026</w:t>
      </w:r>
    </w:p>
    <w:p>
      <w:pPr>
        <w:pStyle w:val="Heading2"/>
      </w:pPr>
      <w:r>
        <w:t>11:00-16:00 KUUTTI LAVONEN: Rosea – Uniikkiteoksia ja grafiikkaa • 24.4.2026–4.10.2026 Roosin talo</w:t>
      </w:r>
    </w:p>
    <w:p>
      <w:r>
        <w:t>Näyttely koostuu maalauksista, piirroksista ja grafiikanteoksista arvostetun nykytaiteilijan uran eri vaiheilta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