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Karleby sockenkyrka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19:00-20:30 Jag har färdats - konsert med Amigo Choral under ledning av Sören Lillkung</w:t>
      </w:r>
    </w:p>
    <w:p>
      <w:r>
        <w:t>Jag har färdats - konsert med Amigo Choral under ledning av Sören Lillkung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