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 skola, Videvägen 1, Larsmo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15:00-15:00 Schlagerkörens kaffekonsert i Holm skola, Larsmo</w:t>
      </w:r>
    </w:p>
    <w:p>
      <w:r>
        <w:t>Schlagerkören sjunger kända och mindre kända låtar i Holm skola..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