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 Palosaaren Salmi Vaasa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18:00-19:00 Valokuvia maailmanperintöalueelta</w:t>
      </w:r>
    </w:p>
    <w:p>
      <w:r>
        <w:t>Valokuvaaja Jaakko Salo näyttää kuviaan maailmanperintöalueelta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