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Kansalaisopisto Alma, Raastuvankatu 31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 xml:space="preserve">15:00-15:00 Jousijengin ja Laihian Soitinyhtyeen kevätkonsertti </w:t>
      </w:r>
    </w:p>
    <w:p>
      <w:r>
        <w:t>Jousijengin ja kansalaisopisto Alman Laihian Soitinyhtyeen yhteinen kevätkonsertti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