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Kauppakeskus Rewell, 2. kerros, Salea vastapäätä 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13:00-14:00 Betonibrutalismi Suomessa</w:t>
      </w:r>
    </w:p>
    <w:p>
      <w:r>
        <w:t>Mikko Laaksonen esittelee suomalaista brutalismia su 19.4 klo 13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