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Itäinen Kasarmi 7–9, Blackbox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17:00-18:00 TaiKonin teatterioppilaiden esitys: Too School for Cool</w:t>
      </w:r>
    </w:p>
    <w:p>
      <w:r>
        <w:t>TaiKon Teatteritaide teemaopinnot 1 -ryhmä esittää:  Too School for Cool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