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Sandsund motionsbana / Pietarsaaren Hiihtäjät, Unnamed Road, 68600 Pedersöre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15:00-23:00 Nepali New Year 2083</w:t>
      </w:r>
    </w:p>
    <w:p>
      <w:r>
        <w:t xml:space="preserve">Nepali New Year 2083, also known as "Naya Barsha" or "Navavarsha", marks the beginning of the Nepali calendar year.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