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TaiKon, Itäinen Kasarmi 7–9, Vaasa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10:00-14:00 Arkkitehtuurin lyhytkurssi 13–18-vuotiaille 18.–19.4.2026</w:t>
      </w:r>
    </w:p>
    <w:p>
      <w:r>
        <w:t>TaiKonin kurssilla nuoret pääsevät tutustumaan arkkitehtuurin perusteisiin.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