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Levykauppa 33RPM Live Club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19:00-20:00 ELive Jazz - Duo Martin Söderbacka  Eevalotta Matikainen @Levykauppa 33RPM</w:t>
      </w:r>
    </w:p>
    <w:p>
      <w:r>
        <w:t>Live jazzia basisti Eevalotta Matikaisen ja kitaristi-laulaja Martin Söderbackan johdolla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