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Schaumansali, Kauppiaankatu 10, Pietarsaari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13:00-14:00 Luento: Päivi Raivio - The City as a Stage for Art and Culture</w:t>
      </w:r>
    </w:p>
    <w:p>
      <w:r>
        <w:t>Kaupunki taiteen ja kulttuurin näyttämönä - Kuinka taide ja kulttuuri voivat muuttaa kokemustamme kaupungista?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