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Draamasali, Kirjastonkatu 13, Vaasa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17:00-18:30 Varautumisilta</w:t>
      </w:r>
    </w:p>
    <w:p>
      <w:r>
        <w:t>Illan tavoitteena on vahvistaa asukkaiden omatoimista varautumista erilaisiin häiriötilanteisiin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