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14:00-14:00 Tule tapaamaan taiteilijaa: Juliana Hyrri</w:t>
      </w:r>
    </w:p>
    <w:p>
      <w:r>
        <w:t>Kuvataiteilija ja sarjakuvantekijä Hyrri kertoo teoksistaan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