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Rantakatu 18, 64100 Kristiinankaupunki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18:00-18:00 Kristiinanseudun sydänyhdistys</w:t>
      </w:r>
    </w:p>
    <w:p>
      <w:r>
        <w:t>Sääntömääräinen kevätkokous 16.4.2026 Hemslöjdsgårdenilla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