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 från Bergomvägens skogsrondell. VARMT VÄLKOMMEN!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17:00-19:30 Kom med ut på vandring i Vexala</w:t>
      </w:r>
    </w:p>
    <w:p>
      <w:r>
        <w:t xml:space="preserve">Kom med ut och njut av våren och naturen längs Vexala vandringsled!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