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18:00-20:00 Feasta-paneeli</w:t>
      </w:r>
    </w:p>
    <w:p>
      <w:r>
        <w:t>Musiikkiaiheinen paneelikeskustelu Vaasan pääkirjaston Draama-salissa torstaina 9.4.2026 klo 18-20.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