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Restaurant Stallgården, Lentokentäntie 369 68500 Kruunupyy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18:00-23:59 Celt Division 18.4 Restaurant Stallgården</w:t>
      </w:r>
    </w:p>
    <w:p>
      <w:r>
        <w:t>Mukaansatempaava Irkkubändi Celt Division tulee vetäämään katon ilmaan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