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Allegro, Kauppiaankatu 10, 68600 Pietarsaari</w:t>
      </w:r>
    </w:p>
    <w:p>
      <w:r>
        <w:t>15.4.2026 keskiviikko</w:t>
      </w:r>
    </w:p>
    <w:p>
      <w:pPr>
        <w:pStyle w:val="Heading1"/>
      </w:pPr>
      <w:r>
        <w:t>15.4.2026-19.4.2026</w:t>
      </w:r>
    </w:p>
    <w:p>
      <w:pPr>
        <w:pStyle w:val="Heading2"/>
      </w:pPr>
      <w:r>
        <w:t>13:00-18:00 Kevätnäyttely</w:t>
      </w:r>
    </w:p>
    <w:p>
      <w:r>
        <w:t>Työviksen ja Arbiksen yhteinen kevätnäyttely, jossa on näytillä lukuvuoden kädentaito- ja taideaineiden kurssitöitä.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