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Minimossen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11:00-12:00 Kitarat @ Minimossen</w:t>
      </w:r>
    </w:p>
    <w:p>
      <w:r>
        <w:t>Kuula-opiston kitaraoppilaiden tapahtuma Minimossenilla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