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Kuula-opisto, Laivakatu 16, Vaasa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17:30-19:30 Soiva talo</w:t>
      </w:r>
    </w:p>
    <w:p>
      <w:r>
        <w:t xml:space="preserve">Tule Kuula-opistoon tutustumaan soittimiin torstaina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