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 pääkirjasto, tapahtumatila Venny, toisessa kerroksessa.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13:00-14:30 Senioritreffit 80+ Vaasa</w:t>
      </w:r>
    </w:p>
    <w:p>
      <w:r>
        <w:t xml:space="preserve">Pohjanmaan hyvinvointialueen seniorineuvola järjestää suomenkieliset senioritreffit.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