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 huvudbibliotek, i evenemangsutrymmet Venny på andra våningen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13:00-14:30 Seniorträff 65+ Vasa</w:t>
      </w:r>
    </w:p>
    <w:p>
      <w:r>
        <w:t>Österbottens välfärdsområdes seniorrådgivning ordnar en svenskspråkig seniorträff.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