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kirjasto, Pikitehtaankatu 19-23, Vaasa.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17:00-19:00 Muisteluilta Palosaaren kirjastossa</w:t>
      </w:r>
    </w:p>
    <w:p>
      <w:r>
        <w:t>Muisteluilta Palosaaren kirjastossa torstaina 23.4.2026 klo 17–19.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