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Ruukinkartano, Palosaari, Vaasa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13:00-13:00 Seniorikonsertti, Ihanat laulut</w:t>
      </w:r>
    </w:p>
    <w:p>
      <w:r>
        <w:t>Kuula-opiston laulu- ja harmonikkaoppilaat esiintyvät Ruukinkartanolla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