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 (jäähalli), Rinnakkaistie 1, 65350 Vaasa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13:00-17:30 The Greatest Show, Sirkuksen synty -jääshow</w:t>
      </w:r>
    </w:p>
    <w:p>
      <w:r>
        <w:t>Muodostelmaluisteluseuran kevätnäytös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