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Palokunnantalo, Kristiinankatu 2, Pietarsaari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17:00-18:00 Yhdistysilta</w:t>
      </w:r>
    </w:p>
    <w:p>
      <w:r>
        <w:t>Tänä keväänä kutsumme Pietarsaaren kaupungin yhteiseen yhdistysiltaan, joka on suunnattu kaupungin yhdistyksille.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