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Pääkirjasto, Draama-sali, Kirjastokatu 13, Vaasa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Teemailta varautumisesta ja kriisinkestävyydestä</w:t>
      </w:r>
    </w:p>
    <w:p>
      <w:r>
        <w:t>Vaasalaisille suunnattu ilta, jossa saa tietoa miten varautua erilaisiin yhteiskunnan häiriötilanteisiin.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