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Hoetl Red &amp; Green Närpesvägen 16 64200 Närpes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09:00-09:00 Trädgårds Expo 2026 Seminarium</w:t>
      </w:r>
    </w:p>
    <w:p>
      <w:r>
        <w:t>Trädgårds Expo 2026 seminarium 16 och 17 04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