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DUX, Merikatu 21, 64100 Kristiinankaupunki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19:00-20:00 Sävelet jotka yhdistää - Bändikonsertti</w:t>
      </w:r>
    </w:p>
    <w:p>
      <w:r>
        <w:t>Tervetuloa musiikkiopisto Legaton kolmanteen juhlakonserttiin!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