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kunnantalo, valtuustosali, Viskarinaukio 3 TAI Teams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17:00-18:30 Ähtävänjoen metsät ja vesistöt -tupailta metsänomistajille. Evijärvi ja etäyhteys.</w:t>
      </w:r>
    </w:p>
    <w:p>
      <w:r>
        <w:t>Haluatko kuulla, miten Ähtävänjoen vesistöt voivat ja miten metsätalouden arjen valinnoilla voidaan parantaa tilaa?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