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Astra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18:00-20:30 ✨🎥Elokuva Astra-elokuvateatterissa🎥✨</w:t>
      </w:r>
    </w:p>
    <w:p>
      <w:r>
        <w:t>Torstaina 2. huhtikuuta klo 18.30 esitetään Bio Astrassa elokuva Dumb and Dumber 2! 🤩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