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Mötesrum Pedersöre, Pedersöre kommungård, Skrufvilagatan 2 OCH Teams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17:00-18:30 Esse ås skogar och vattendrag-stugkväll för skogsägare. Pedersöre och Teams.</w:t>
      </w:r>
    </w:p>
    <w:p>
      <w:r>
        <w:t>Vill du veta hur Esse ås vattendrag mår och hur vardagliga val i skogsbruket kan förbättra vattendragens tillstånd?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