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Krepelin, Läntinen Pitkäkatu 8, Kristiinankaupunki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11:00-15:00 Krepelinin Pääsiäinen</w:t>
      </w:r>
    </w:p>
    <w:p>
      <w:r>
        <w:t>Antiikkia ja historiaa Krepelinin pihassa pääsiäislauantaina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