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Brankkis, Christiinankatu 2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10:00-23:55 BrankkisFolk 18.4 Pietarsaari</w:t>
      </w:r>
    </w:p>
    <w:p>
      <w:r>
        <w:t>Työpaja tanssioille ja muusikoille, iltakonsertti, jam ja tanssi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