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Brankis, Koulukatu 10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19:00-20:30 Kevätkonsertti Madrigalenin kanssa</w:t>
      </w:r>
    </w:p>
    <w:p>
      <w:r>
        <w:t>Tervetuloa Madrigalenin kevätkonserttiin! 🌸🎶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