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Gerby uf,  Lillbyvägen 28, 65280 Gerby 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 xml:space="preserve">19:00-22:00 Jazzkväll </w:t>
      </w:r>
    </w:p>
    <w:p>
      <w:r>
        <w:t>Konsert med Lilja Benton och hennes band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