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08:15-09:10 SOTE-aamukahvit 1.4.2026 Teams</w:t>
      </w:r>
    </w:p>
    <w:p>
      <w:r>
        <w:t>Kiinnostavia esimerkkejä kumppanuusavustusten käytöstä 2025-26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