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Närpesvägen 16</w:t>
      </w:r>
    </w:p>
    <w:p>
      <w:r>
        <w:t>16.4.2026 torstai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11:00-16:00 Puutarha Expo 2026</w:t>
      </w:r>
    </w:p>
    <w:p>
      <w:r>
        <w:t>Puutarhatekniikan erikoisnäyttely ja seminaari lasinalaisviljelmille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