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DUX, Sjögatan 21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18:00-20:30 VEM VÅRDAR OSS?</w:t>
      </w:r>
    </w:p>
    <w:p>
      <w:r>
        <w:t xml:space="preserve"> Primärvärden, äldrevården och förebyggande vården står på spel. Vad kan och ska vi göra för att slå vakt om den?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