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31, 65100 Vaasa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18:00-20:00 Kun mieli muuttaa maailmaa: tietoa psykoosista omaisille -yleisöluento</w:t>
      </w:r>
    </w:p>
    <w:p>
      <w:r>
        <w:t>Kun mieli muuttaa maailmaa: luento psykoosista ja omaisten tukemisesta kansalaisopisto Almassa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