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Teatro Vaasa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22:00-22:00 Onniteekki Djs @Teatro</w:t>
      </w:r>
    </w:p>
    <w:p>
      <w:r>
        <w:t>ONNITEEKKI DJ’S @ TEATRO VAASA 🎧 La 28.3. – luvassa nostalginen bileilta täynnä hittejä ja tanssilattian taikaa!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